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הודעת עידוד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הודעת עידוד קצרה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משפטים בעזרת מילים מהמחסן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שבר את היד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2-3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מילת קישור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מספרים בעל פה מה כותבים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כתוב אפשרות להגריל משימה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רק 2-3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לפחות מילת קישור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מהתחלות המשפט שמופיעות ברשימה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מאחלים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לקבוצה במחסן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(מילות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(מילות זמן וסדר)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(פעלים חזקים)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(מילים של החושים)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לכתיבת ההודעה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לספר בעל פה לבן או לבת הזוג מה מתכננים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משפט שמביע געגוע ליונתן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מה קורה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איחול להחלמה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לקרוא שוב ולבדוק שיש מילת קישור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2-3 משפטים, יש ביטוי געגוע, יש עדכון מהכיתה, יש איחול, יש מילת קישור אחת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מוסיף תואר או מילת זמן שהופכת את המשפט למפורט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שמבטא געגוע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קישור אחת לפחות מופיעה ומחברת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איחול חיובי וברור להחלמה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לומר את המשפטים בקול לפני הכתיבה כדי לחזק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מחסן המילים על הלוח לפני תחילת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בהודעה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הודעת עידוד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יונתן שבר את היד ונשאר בבית שבוע שלם. הכיתה רוצה לשלוח לו הודעת עידוד עם געגוע, חדשות מהכיתה ואיחולים.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יונתן נשאר בבית 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חולה בשפעת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שבר את היד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טס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עבר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משפטים צריך לכתוב בהודעה?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2-3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פסקה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להיות בהודעה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קישור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לפני הכתיבה, מה עושים עם בן או בת הזוג?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משחקים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מספרים בעל פה מה 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להגריל משימה אחרת אם לא רוצים את זו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ההודעה חייבת להיות ארוכה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להשתמש במילות קישור בהודעה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בתיבת התחלות המשפט יש גם 'מאחלים לך'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__________ עליך 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מתגעגעים __________ אותך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בטוח שתצליח __________ אתה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בינתיים __________ אצלנו דברים מעניינים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לך החלמה מהירה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לקבוצה במחסן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שמח, עצוב, דואג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פעלים חזקים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כי, אבל, 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מחר, אחר כך, בינתיים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מילות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רץ, קופץ, מזנק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מילים של החושים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שמעתי, ראיתי, הרגשתי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מילות זמן וסדר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לכתיבת ההודעה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איחול להחלמה מהירה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שוב ולבדוק שיש מילת קישור אחת לפחות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משפט שמביע געגוע ליונתן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מה קורה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בעל פה לבן או לבת הזוג מה מתכננים לכתוב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הודעת עידוד ליונתן: מה מתגעגעים, מה קורה בכיתה ומה מאחלים לו. השתמשו בלפחות מילת קישור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הרחיבו משפט אחד מההודעה שלכם בעזרת מילה מתארת או מילת זמן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כתבתם לגעגוע ליונתן?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מילת קישור השתמשתם בהודעה?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איחלתם ליונתן?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הודעת עידוד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