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הודעת עידוד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הודעת עידוד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משפטים בעזרת מילים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שבר את היד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2-3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מילת קישור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מספרים בעל פה מה 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כתוב אפשרות להגריל משימה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רק 2-3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לפחות מילת קישור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מהתחלות המשפט שמופיעות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מאחלים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לקבוצה במחסן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(מילות זמן וסדר)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(פעלים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(מילים של החושים)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לספר בעל פה לבן או לבת הזוג מה מתכננים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משפט שמביע געגוע ליונתן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קורה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איחול להחלמה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שוב ולבדוק שיש מילת קישור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2-3 משפטים, יש ביטוי געגוע, יש עדכון מהכיתה, יש איחול, יש מילת קישור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מוסיף תואר או מילת זמן שהופכת את המשפט למפורט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שמבטא געגוע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קישור אחת לפחות מופיעה ומחברת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איחול חיובי וברור להחלמה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לומר את המשפטים בקול לפני הכתיבה כדי לחזק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מחסן המילים על הלוח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בהודעה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הודעת עידוד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ליונתן יש יד שבורה. הוא בבית. כותבים לו הודעה נחמדה.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עידוד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שגורמת למישהו להרגיש טוב ולא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במשפט, למשל כי, אבל, 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התחלת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ראשונות שעוזרות להתחיל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לפי נושא שאפשר לבחור מהן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חזק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מדויק ומעניין במקום פועל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לאחל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רצון שמשהו טוב יקרה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להתגעגע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חסרון כשמישהו לא נמצא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ליונתן?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חולה בשפעת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שבר את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טס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משפטים צריך?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2-3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חייב להיות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בעל פה מה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להגריל משימה אחרת אם לא רוצים את 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ההודעה חייבת להיות ארוכה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להשתמש במילות קישור בהודעה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בתיבת התחלות המשפט יש גם 'מאחלים לך'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__________ עליך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מתגעגעים __________ אותך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בטוח שתצליח __________ אתה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בינתיים __________ אצלנו דברים מעניינים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לך החלמה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לקבוצה במחסן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שמח, עצוב, דואג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של החושים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כי, אבל, 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מחר, אחר כך, בינתיים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פעלים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רץ, קופץ, מזנק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מילות זמן וסדר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שמעתי, ראיתי, הרגשתי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מילות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לכתיבת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משפט שמביע געגוע ליונתן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קורה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שוב ולבדוק שיש מילת קישור אחת לפחות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בעל פה לבן או לבת הזוג מה מתכננים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איחול להחלמה מהירה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עידוד ליונתן: מה מתגעגעים, מה קורה בכיתה ומה מאחלים לו. השתמשו בלפחות מילת קישור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הרחיבו משפט אחד מההודעה שלכם בעזרת מילה מתארת או מילת 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כתבתם לגעגוע ליונתן?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קישור השתמשתם בהודעה?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איחלתם ליונתן?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הודעת עידוד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