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עידוד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משפטים בעזרת מילים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שבר את היד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כתוב אפשרות להגריל משימה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רק 2-3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לקבוצה במחסן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(מילות זמן וסדר)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(פעלים חזקים)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לספר בעל פה לבן או לבת הזוג מה מתכננים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משפט שמביע געגוע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קורה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איחול להחלמה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2-3 משפטים, יש ביטוי געגוע, יש עדכון מהכיתה, יש איחול, יש מילת קישור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שמבטא געגוע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קישור אחת לפחות מופיעה ומחברת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איחול חיובי וברור להחלמה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לומר את המשפטים בקול לפני הכתיבה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מחסן המילים על הלוח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בהודעה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יונתן שבר את היד ונשאר בבית שבוע שלם. הכיתה רוצה לשלוח לו הודעת עידוד עם געגוע, חדשות מהכיתה ואיחולים.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ל  ·  חושבים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יונתן נשאר בבית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חולה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שבר את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טס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משפטים צריך לכתוב בהודעה?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עשרה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להגריל משימה אחרת אם לא רוצים את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ההודעה חייבת להיות ארוכה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__________ עליך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מתגעגעים __________ אותך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בטוח שתצליח __________ אתה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לקבוצה במחסן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שמח, עצוב, דואג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כי, אבל, 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מילות זמן וסדר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מחר, אחר כך, בינתיים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פעלים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רץ, קופץ, מזנק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לכתיבת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איחול להחלמה מהירה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בעל פה לבן או לבת הזוג מה מתכננים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משפט שמביע געגוע ליונתן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מה קורה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הודעת עידוד ליונתן: מה מתגעגעים, מה קורה בכיתה ומה מאחלים לו. השתמשו בלפחות מילת קישור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כתבתם לגעגוע ליונתן?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מילת קישור השתמשתם בהודעה?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הודעת עידוד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